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ומשפחות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 אותיות השורש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לקבץ מילים לפי משפחת מילים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ממשפחת שורש 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מציאת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ש-מ-ר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האותיות כ,ת,ב חוזרות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מה שמחבר בין המילים במשפחה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(ל-מ-ד)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שלבי מציאת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שלוש אותיות שחוזרות במילים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מתייעצים בזוג אם לא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בפס הבדיקה ומתקנים בעיפרון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לימוד, מלומד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ד-ב-ר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כתב, מכתב, כתובת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להן שורשים שונים: ש-מ-ש לעומת ש-מ-ר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העבודה העצמאית אפשר לתרגל יחד שורש אחד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עבודה בזוגות בחלקים הדורשים הסבר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החנ״מ אפשר להסתפק בחלקי המיון וההתאמה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ומשפחות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מילה בעברית מסתתר שורש של שלוש אותיות. מילים עם אותו שורש שייכות לאותה משפחת מילים, גם אם הן נראות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מכתב  ·  למד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מציאת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של המילה 'הכתיב'?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ת-י-ב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השורש של המילה 'שומר'?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ש-מ-ר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מ-ר-ש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במילה 'מכתב' השורש הוא כ-ת-ב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מילה במשפחת מילים חייבת להכיל את שלוש אותיות 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הוא קיבל __________ מחבר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התלמיד __________ בשקידה לקראת המבחן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כ-ת-ב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שלבי מציאת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בפס הבדיקה ומתקנים בעיפרון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המילה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מחפשים שלוש אותיות שחוזרות במילים דומות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מתייעצים בזוג אם לא בטוחים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מילים נוספות ממשפחת השורש ל-מ-ד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השורש של המילה 'מדברת'?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ממשפחת השורש כ-ת-ב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ומשפחות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