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שורשים ומשפחות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שלוש אותיות השורש במילים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לקבץ מילים לפי משפחת מילים 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במילים ממשפחת שורש במשפט שלם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מציאת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כ-ת-ב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ש-מ-ר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ל-מ-ד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ס-פ-ר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ד-ב-ר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האותיות כ,ת,ב חוזרות במילה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לשמש יש שורש ש-מ-ש, לא ש-מ-ר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מה שמחבר בין המילים במשפחה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ספורט היא מילה שאולה בלי שורש עברי של ס-פ-ר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מדברת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מילה לשורש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(כ-ת-ב)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(ל-מ-ד)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(ש-מ-ר)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(ד-ב-ר)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שלבי מציאת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המילה בקול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מחפשים שלוש אותיות שחוזרות במילים דומות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מתייעצים בזוג אם לא בטוחים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מסבירים איך מצאנו את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בודקים בפס הבדיקה ומתקנים בעיפרון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חופשית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לימוד, מלומד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ד-ב-ר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כמו כתב, מכתב, כתובת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יש להן שורשים שונים: ש-מ-ש לעומת ש-מ-ר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העבודה העצמאית אפשר לתרגל יחד שורש אחד על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עבודה בזוגות בחלקים הדורשים הסבר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החנ״מ אפשר להסתפק בחלקי המיון וההתאמה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שורשים ומשפחות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למילים יש שורש. שורש זה שלוש אותיות שחוזרות במילים דומות. מילים עם אותו שורש הן משפחה אחת.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אותיות שחוזרות בכל מילות המשפחה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משפחת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מילים עם אותו שורש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אות 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אחת משלוש האותיות של השורש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מילה נגזרת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שנוצרה מהשורש בתוספת אותיות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תחילית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אותיות שמתווספות בתחילת המילה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סיומת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אותיות שמתווספות בסוף המילה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מציאת 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מצאו את שלוש האותיות החוזרות במילה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כ-ת-ב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ה-כ-ת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ת-י-ב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כ-ת-י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מצאו את שלוש האותיות החוזרות במילה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ש-ו-ר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ש-מ-ר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מ-ר-ש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ש-מ-ו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מצאו את שלוש האותיות החוזרות במילה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ת-ל-מ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ל-מ-י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ל-מ-ד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מ-י-ד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מצאו את שלוש האותיות החוזרות במילה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ס-י-פ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פ-ו-ר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ס-פ-ר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י-פ-ר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מצאו את שלוש האותיות החוזרות במילה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ד-ב-ר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מ-ד-ב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ד-ב-מ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ב-ר-מ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במילה 'מכתב' השורש הוא כ-ת-ב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'שמש' ו'שומר' שייכות לאותה 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מילה במשפחת מילים חייבת להכיל את שלוש אותיות השורש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'ספר' ו'ספורט' שייכות לאותה משפחה כי הן נשמעות דומה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הוא קיבל __________ מחבר טוב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התלמיד __________ בשקידה לקראת המבחן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השוטר __________ על הסדר ברחוב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היא אוהבת לקרוא __________ לפני השינה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המורה __________ עם התלמידים על הנושא החדש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מילה לשורש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ש-מ-ר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תלמיד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ד-ב-ר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משמר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ל-מ-ד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דיבור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כ-ת-ב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שלבי מציאת 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בפס הבדיקה ומתקנים בעיפרון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מתייעצים בזוג אם לא בטוחים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מסבירים איך מצאנו את השורש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המילה בקול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מחפשים שלוש אותיות שחוזרות במילים דומות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חופשית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מילים נוספות ממשפחת השורש ל-מ-ד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השורש של המילה 'מדברת'?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ממשפחת השורש כ-ת-ב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'שמש' ו'שומר' לא שייכות לאותה משפחה?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שורשים ומשפחות מילים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