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 אותיות השורש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לקבץ מילים לפי משפחת מילים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ממשפחת שורש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ס-פ-ר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ד-ב-ר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כ,ת,ב חוזרות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לשמש יש שורש ש-מ-ש, לא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מה שמחבר בין המילים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ספורט היא מילה שאולה בלי שורש עברי של ס-פ-ר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(ד-ב-ר)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שלוש אותיות שחוזרות במילים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מתייעצים בזוג אם לא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מסבירים איך מצאנו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בפס הבדיקה ומתקנים בעיפרון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לימוד, מלומד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ד-ב-ר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כתב, מכתב, כתובת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להן שורשים שונים: ש-מ-ש לעומת ש-מ-ר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העבודה העצמאית אפשר לתרגל יחד שורש אחד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בזוגות בחלקים הדורשים הסבר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החנ״מ אפשר להסתפק בחלקי המיון וההתאמה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מילה בעברית מסתתר שורש של שלוש אותיות. מילים עם אותו שורש שייכות לאותה משפחת מילים, גם אם הן נראות 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'הכתיב'?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ת-י-ב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כ-ת-י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'שומר'?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ש-מ-ר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מ-ר-ש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ש-מ-ו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השורש של המילה 'תלמיד'?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ל-מ-י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מ-י-ד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השורש של המילה 'סיפור'?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ס-י-פ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ס-פ-ר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י-פ-ר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השורש של המילה 'מדבר'?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ד-ב-ר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מ-ד-ב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ד-ב-מ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ב-ר-מ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'מכתב' השורש הוא כ-ת-ב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'שמש' ו'שומר' שייכות לאותה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במשפחת מילים חייבת להכיל את שלוש אותיות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'ספר' ו'ספורט' שייכות לאותה משפחה כי הן נשמעות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קיבל __________ מחבר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__________ בשקידה לקראת המבחן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השוטר __________ על הסדר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היא אוהבת לקרוא __________ לפני השינה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__________ עם התלמידים על הנושא החדש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ד-ב-ר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ש-מ-ר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שלבי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בפס הבדיקה ומתקנים בעיפרון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מתייעצים בזוג אם לא בטוחים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מסבירים איך מצאנו את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שלוש אותיות שחוזרות במילים דומות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ממשפחת השורש ל-מ-ד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'מדברת'?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ממשפחת השורש כ-ת-ב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'שמש' ו'שומר' לא שייכות לאותה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ומשפחות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